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ארץ המילים: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במילים שלהם מה זו מילה נרדפת ומה זה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ויתאימו זוגות נרדפות והפכים מתוך המילים המוכרות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ישלבו מילים נרדפות והפכים במשפטים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יבחינו בין זוג נרדפות לזוג הפכים בביטחון גובר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מילים נרדפות: מילים חברות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אומרות דבר דומה – תחושת אושר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גדול וקטן הן הפכים ולא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מילים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מילים נרדפות: מילים חברות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מילים נרדפות: מילים חברות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מילים נרדפות: מילים חברות – חושבים ויוצרים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הפכים: מילים הפוכות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גדול וקטן הם זוג מילים הפוכות.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חם הוא קר. יום הוא ההפך של לילה.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פתוח וסגור הם זוג הפכים.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הפכים: מילים הפוכות – התאמת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(שקט)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הפכים: מילים הפוכות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שמכיל את שתי המילים חם וקר, למשל: בקיץ חם ובחורף קר.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נרדפת או הפך? מבדילים – זיהוי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גדול וקטן הם מילים במשמעות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אומרות דבר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חם וקר הם הפכים, לא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נרדפת או הפך? מבדילים – מיון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(נרדפות)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(נרדפות)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נרדפת או הפך? מבדילים – חושבים ומסבירים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משפטים עם נרדפות והפכים – השלמת משפטים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משפטים עם נרדפות והפכים – בוחרים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משפטים עם נרדפות והפכים – כותבים משפטים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המילה עליז מתארת מישהו שמח, למשל: הילד עליז כי קיבל מתנה.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אתגר האלופים וסיכום – זיהוי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אתגר האלופים וסיכום – התאמת הפכים מאתגרים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(פחדן)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(רועש)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אתגר האלופים וסיכום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נרדפות והפכים: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חם –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התלמיד שמח/עליז כי קיבל ציון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עשיר – הפך: עני, נרדפת: בעל ממון.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שנרדפות = משמעות דומה, הפכים = משמעות הפוכה, עם דוגמה נכונה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שומרים על משמעות הגיונית ומשתמשים נכון במילה הנרדפת ובמילה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בין נרדפות להפכים נכונה ומבוססת על זוג מילים אמיתי מהמאגר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לפי שלושת מערכי השיעור באתר: פרק 1–2 בשיעור הראשון, פרק 3 בשני, פרקים 4–5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למספר קטן של זוגות עם אימוג'י ותמונה, ולתת לבחור מבין שתי אפשרויות בלבד, כמו בהתאמות חנ״מ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אתגר של חיפוש שני הפכים שונים לאותה מילה (למשל קל–כבד וקל–קשה) או ניסוח שאלה חדשה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מפגש בהקראה בקול של המילים ובחזרה במקהלה, בדומה למבנה המצגות באתר, לפני המעבר לתרגול העצמאי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ארץ המילים: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תזכורת קצרה, דוגמאות מוכרות מהכיתה ותרגילים לפתרון. עבדו לפי הסדר, מפרק 1 עד פרק 5, ואל תשכחו להקריא את המילים בקול לפני שעונים.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קטן  ·  סגור  ·  קר  ·  עליז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מילים נרדפות: מילים חברות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שמח ועליז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גדול וקטן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נרדפות הן שתי מילים שונות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מילים נרדפות: מילים חברות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מילים נרדפות: מילים חברות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שמח מאוד, אפשר גם לומר שהוא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מילים נרדפות: מילים חברות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הפכים: מילים הפוכות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'גדול' היא ההפך של המילה 'קטן'.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'חם' הוא 'יום'.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'פתוח' הוא 'סגור'.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הפכים: מילים הפוכות – התאמת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הפכים: מילים הפוכות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'חם' ועם ההפך שלה 'קר'.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נרדפת או הפך? מבדילים – זיהוי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גדול וקטן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שמח ועליז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חם וקר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נרדפת או הפך? מבדילים – מיון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פתוח - סגור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 -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מהר - זריז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נרדפות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יום -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נרדפות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נרדפת או הפך? מבדילים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משפטים עם נרדפות והפכים – השלמת משפטים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הפיל גדול והעכבר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בקיץ חם ובחורף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החלון פתוח והארון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משפטים עם נרדפות והפכים – בוחרים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את המילה שמשלימה: הספל מלא והבקבוק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מילה נרדפת למילה 'מכונית'.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אוטובוס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משפטים עם נרדפות והפכים – כותבים משפטים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משלכם עם המילה 'עליז' (נרדפת למילה 'שמח').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אתגר האלופים וסיכום – זיהוי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חָזָק?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המילה רָחוֹק?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נרדפת למילה מָהִיר?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אתגר האלופים וסיכום – התאמת הפכים מאתגרים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רועש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פחדן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אתגר האלופים וסיכום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נרדפות והפכים: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נרדפת למילה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זוג המילים הן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 –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 –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חם – 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"שמח" או עם הנרדפת שלה "עליז", כך שהמשפט יישאר הגיוני.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מילה אחת מרשימת מילת היום (כמו עשיר, מסודר או מנומס), וכתבו לה גם הפך וגם נרדפת.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למילה נרדפת ולמילה שהיא הפך, והסביר/י מה ההבדל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השלימ/י משפט אחד עם מילה נרדפת ומשפט אחד עם הפך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ארץ המילים: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