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ארץ המילים: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יסבירו במילים שלהם מה זו מילה נרדפת ומה זה הפך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יזהו ויתאימו זוגות נרדפות והפכים מתוך המילים המוכרות מהאתר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ישלבו מילים נרדפות והפכים במשפטים משלהם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התלמידים יבחינו בין זוג נרדפות לזוג הפכים בביטחון גובר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פרק 1 · מילים נרדפות: מילים חברות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שתי המילים אומרות דבר דומה – תחושת אושר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גדול וקטן הן הפכים ולא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של מילים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מתארות מישהו שנע בקלות ובמהירות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פרק 1 · מילים נרדפות: מילים חברות – התאמה והשלמה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(ענק)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(המון)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(רכב)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(מעט)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פרק 1 · מילים נרדפות: מילים חברות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פרק 1 · מילים נרדפות: מילים חברות – חושבים ויוצרים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שמח-עליז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פרק 2 · הפכים: מילים הפוכות – זיהוי בסיסי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גדול וקטן הם זוג מילים הפוכות.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ההפך של חם הוא קר. יום הוא ההפך של לילה.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פתוח וסגור הם זוג הפכים.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ההפך של מהר הוא לאט.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פרק 2 · הפכים: מילים הפוכות – התאמת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(נמוך)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(יבש)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(שקט)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(קצר)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(חלש)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ז׳ – פרק 2 · הפכים: מילים הפוכות – חושבים וכותבים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שמכיל את שתי המילים חם וקר, למשל: בקיץ חם ובחורף קר.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קל (משקל) ↔ כבד, למשל תיק קל. קל (קושי) ↔ קשה, למשל מבחן קל.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הכלב נקי. הבוץ מלוכלך.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כי יום ולילה הם שני דברים הפוכים (אור וחושך) ולא שתי מילים עם אותה משמעות.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ח׳ – פרק 3 · נרדפת או הפך? מבדילים – זיהוי נרדפות והפכים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גדול וקטן הם מילים במשמעות הפוכה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שתי המילים אומרות דבר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חם וקר הם הפכים, לא נרדפות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שתי המילים הן הפך זו מזו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גדול וענק הם נרדפות, שתיהן מתארות משהו גדול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ט׳ – פרק 3 · נרדפת או הפך? מבדילים – מיון זוגות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(נרדפות)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(נרדפות)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(הפכים)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א (הפכים)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י׳ – פרק 3 · נרדפת או הפך? מבדילים – חושבים ומסבירים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קל -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היא עליזה מאוד. הארון סגור.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אישית, למשל קל-כבד וקל-קשה כי למילה קל יש כמה משמעויות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י״א – פרק 4 · משפטים עם נרדפות והפכים – השלמת משפטים מהסיפורים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סגור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שמאל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י״ב – פרק 4 · משפטים עם נרדפות והפכים – בוחרים את המילה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רכב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מזון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קצר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י״ג – פרק 4 · משפטים עם נרדפות והפכים – כותבים משפטים משלנו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שבו המילה עליז מתארת מישהו שמח, למשל: הילד עליז כי קיבל מתנה.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עם המילה חלש במשמעות נכונה, למשל: התינוק עוד חלש מדי לרוץ.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משפט שבו מופיעה מילה נרדפת לאמיץ, למשל: הגיבור הציל את החתול מהעץ.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שני משפטים תקינים: אחד מדגים זוג נרדפות (כמו שמח-עליז) ואחד זוג הפכים (כמו גדול-קטן).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י״ד – פרק 5 · אתגר האלופים וסיכום – זיהוי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חלש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קרוב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זריז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ריק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אור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ט״ו – פרק 5 · אתגר האלופים וסיכום – התאמת הפכים מאתגרים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(פחדן)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(עני)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(מבולגן)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(לוקח)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(רועש)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ט״ז – פרק 5 · אתגר האלופים וסיכום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הילד האמיץ נכנס לחדר החושך. אחיו הקטן היה פחדן ופחד להיכנס.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הפיל הוא בעל חיים ענק.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מסודר – נקי (נרדפת), מבולגן (הפך).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י״ז – חזרה מסכמת – נרדפות והפכים: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קטן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עליז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חם – קר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הרבה – המון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כבד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הילד שמח → הילד עליז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י״ח – חזרה מסכמת – כתיבה והסבר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לדוגמה: התלמיד שמח/עליז כי קיבל ציון טוב.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לדוגמה: עשיר – הפך: עני, נרדפת: בעל ממון.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יש להסביר שהמשמעות משתנה לפי ההקשר: קל במשקל ↔ כבד, קל בקושי ↔ קשה. לדוגמה: הילקוט קל (לא כבד). המבחן היה קל (לא קשה).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מראה הבנה שנרדפות = משמעות דומה, הפכים = משמעות הפוכה, עם דוגמה נכונה לכל אחת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המשפטים שומרים על משמעות הגיונית ומשתמשים נכון במילה הנרדפת ובמילה ההפוכה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הבחירה בין נרדפות להפכים נכונה ומבוססת על זוג מילים אמיתי מהמאגר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החוברת לשלושה מפגשים לפי שלושת מערכי השיעור באתר: פרק 1–2 בשיעור הראשון, פרק 3 בשני, פרקים 4–5 כסיכום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לצמצם למספר קטן של זוגות עם אימוג'י ותמונה, ולתת לבחור מבין שתי אפשרויות בלבד, כמו בהתאמות חנ״מ באתר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מתקדמים כדאי להוסיף אתגר של חיפוש שני הפכים שונים לאותה מילה (למשל קל–כבד וקל–קשה) או ניסוח שאלה חדשה לחברים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לפתוח כל מפגש בהקראה בקול של המילים ובחזרה במקהלה, בדומה למבנה המצגות באתר, לפני המעבר לתרגול העצמאי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🌈 ארץ המילים – מילים נרדפות והפכים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חוברת תרגול – ארץ המילים: מילים נרדפות והפכים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בכל פרק תמצאו תזכורת קצרה, דוגמאות מוכרות מהכיתה ותרגילים לפתרון. עבדו לפי הסדר, מפרק 1 עד פרק 5, ואל תשכחו להקריא את המילים בקול לפני שעונים.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פרק 1 · מילים נרדפות: מילים חברות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ועליז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וקטן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מילים נרדפות הן שתי מילים שונות עם משמעות דומה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מהיר וזריז הן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פרק 1 · מילים נרדפות: מילים חברות – התאמה והשלמה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גדול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רכב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הרבה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מזון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אוכל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מעט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מכונית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קצת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המון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פרק 1 · מילים נרדפות: מילים חברות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הילד שמח מאוד, אפשר גם לומר שהוא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הפיל __________ מאוד, אפשר גם לומר שהוא ענק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פרק 1 · מילים נרדפות: מילים חברות – חושבים ויוצרים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איזה זוג מהבאים הוא זוג של מילים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גדול-קטן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שמח-עליז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חם-קר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יום-לילה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פרק 2 · הפכים: מילים הפוכות – זיהוי בסיסי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'גדול' היא ההפך של המילה 'קטן'.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'חם' הוא 'יום'.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'פתוח' הוא 'סגור'.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ההפך של 'מהר' הוא 'חזק'.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פרק 2 · הפכים: מילים הפוכות – התאמת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גבוה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קצר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רטוב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שקט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רועש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יבש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ארוך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חלש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חזק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נמוך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7  חלק ז׳ – פרק 2 · הפכים: מילים הפוכות – חושבים וכותבים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'חם' ועם ההפך שלה 'קר'.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למילה 'קל' יש שני הפכים שונים. כתבו את שני ההפכים והסבירו מתי משתמשים בכל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זוג הפכים מהמאגר וכתבו משפט אחד לכל מילה בזוג.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הסבירו במילים שלכם למה 'יום' ו'לילה' הם מילים הפוכות ולא נרדפות.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8  חלק ח׳ – פרק 3 · נרדפת או הפך? מבדילים – זיהוי נרדפות והפכים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וקטן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שמח ועליז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חם וקר הם מילים נרדפות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מהר ולאט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גדול וענק הם הפכים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9  חלק ט׳ – פרק 3 · נרדפת או הפך? מבדילים – מיון זוגות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פתוח - סגור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גדול - ענק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מהר - זריז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נרדפות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יום - לילה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נרדפות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קל - כבד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הפכים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קל - קשה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הפכים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10  חלק י׳ – פרק 3 · נרדפת או הפך? מבדילים – חושבים ומסבירים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למילה 'קל' יש שני הפכים שונים לפי המשמעות. איזה הפך מתאים כשמדברים על משקל?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אחד עם מילה נרדפת למילה שמח, ומשפט אחד עם ההפך של המילה פתוח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זוג מילים שקל לבלבל בין נרדפות להפכים, והסבירו במשפט קצר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11  חלק י״א – פרק 4 · משפטים עם נרדפות והפכים – השלמת משפטים מהסיפורים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הפיל גדול והעכבר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בקיץ חם ובחורף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החלון פתוח והארון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הארנב רץ מהר והצב הולך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ביד ימין אני מחזיק כוס וביד __________ אני מחזיק לחמנייה.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12  חלק י״ב – פרק 4 · משפטים עם נרדפות והפכים – בוחרים את המילה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את המילה שמשלימה: הספל מלא והבקבוק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נרדפת למילה 'מכונית'.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רכב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אופניים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אוטובוס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רכבת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השלימו עם הפך: האריה חזק והגור עוד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בחרו מילה נרדפת למילה 'אוכל'.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מזון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צלחת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בישול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בחרו את ההפך הנכון למילה 'ארוך' מתוך המשפט: הנחש ארוך והזחל ___.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13  חלק י״ג – פרק 4 · משפטים עם נרדפות והפכים – כותבים משפטים משלנו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משלכם עם המילה 'עליז' (נרדפת למילה 'שמח').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משפט משלכם עם ההפך של המילה 'חזק'.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במילת היום קראנו: 'הילד האמיץ נכנס ראשון לחדר החושך.' כתבו משפט נוסף עם מילה נרדפת למילה 'אמיץ' (למשל: גיבור).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כתבו שני משפטים: אחד עם זוג מילים נרדפות ואחד עם זוג הפכים, כמו בדפי העבודה.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14  חלק י״ד – פרק 5 · אתגר האלופים וסיכום – זיהוי מהיר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חָזָק?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ההפך של המילה רָחוֹק?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קרוב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נרדפת למילה מָהִיר?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ההפך של המילה מָלֵא?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ארוך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המילה חוֹשֶׁךְ?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שקט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15  חלק ט״ו – פרק 5 · אתגר האלופים וסיכום – התאמת הפכים מאתגרים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אמיץ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מבולגן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עשיר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פחדן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מסודר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רועש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נותן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עני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שקט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לוקח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16  חלק ט״ז – פרק 5 · אתגר האלופים וסיכום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אמיץ, ומשפט נוסף עם ההפך שלה.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מילה נרדפת למילה גדול מתוך מאגר המילים, וכתבו איתה משפט.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מילה אחת מתוך מילות היום (מסודר, מנומס או נותן) וכתבו לה גם נרדפת וגם הפך.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17  חלק י״ז – חזרה מסכמת – נרדפות והפכים: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ההפך של המילה "גדול"?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נרדפת למילה "שמח"?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באיזה זוג המילים הן הפכים?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 –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גדול – ענק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חם –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מהיר – זריז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באיזה זוג המילים הן נרדפות?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יום – לילה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מלא – ריק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הרבה – המון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פתוח – סגור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ההפך של "קל" כשמדברים על משקל (למשל בלון קל)?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ההפך של "קל" כשמדברים על קושי (למשל שאלה קלה)?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ישן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באיזו אפשרות הוחלפה המילה "שמח" במילה נרדפת, והמשפט נשאר הגיוני?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הילד שמח → הילד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הילד שמח → הילד עליז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הילד שמח → הילד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הילד שמח → הילד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18  חלק י״ח – חזרה מסכמת – כתיבה והסבר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המילה "שמח" או עם הנרדפת שלה "עליז", כך שהמשפט יישאר הגיוני.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מילה אחת מרשימת מילת היום (כמו עשיר, מסודר או מנומס), וכתבו לה גם הפך וגם נרדפת.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הסבירו במילים שלכם למה למילה "קל" יכולים להיות שני הפכים שונים (קשה וכבד), ותנו משפט לכל אחד.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תן/י דוגמה למילה נרדפת ולמילה שהיא הפך, והסביר/י מה ההבדל ביניהן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השלימ/י משפט אחד עם מילה נרדפת ומשפט אחד עם הפך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בחר/י זוג מילים ממילון התמונות וסמנ/י: נרדפות או הפכים?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חוברת תרגול – ארץ המילים: מילים נרדפות והפכים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